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283" w:rsidRPr="005F6F30" w:rsidRDefault="005F6F30">
      <w:pPr>
        <w:jc w:val="center"/>
        <w:rPr>
          <w:lang w:val="ru-RU"/>
        </w:rPr>
      </w:pPr>
      <w:r w:rsidRPr="005F6F30">
        <w:rPr>
          <w:b/>
          <w:lang w:val="ru-RU"/>
        </w:rPr>
        <w:t>ПСИХОЛОГО-МЕДИКО-ПЕДАГОГИЧЕСКАЯ КОМИССИЯ</w:t>
      </w:r>
    </w:p>
    <w:p w:rsidR="00DE2283" w:rsidRPr="005F6F30" w:rsidRDefault="005F6F30">
      <w:pPr>
        <w:jc w:val="center"/>
        <w:rPr>
          <w:lang w:val="ru-RU"/>
        </w:rPr>
      </w:pPr>
      <w:r w:rsidRPr="005F6F30">
        <w:rPr>
          <w:b/>
          <w:lang w:val="ru-RU"/>
        </w:rPr>
        <w:t>Информация для родителей (законных представителей)</w:t>
      </w:r>
    </w:p>
    <w:p w:rsidR="00DE2283" w:rsidRDefault="005F6F30">
      <w:pPr>
        <w:pStyle w:val="1"/>
      </w:pPr>
      <w:proofErr w:type="spellStart"/>
      <w:proofErr w:type="gramStart"/>
      <w:r>
        <w:t>Что</w:t>
      </w:r>
      <w:proofErr w:type="spellEnd"/>
      <w:r>
        <w:t xml:space="preserve"> </w:t>
      </w:r>
      <w:proofErr w:type="spellStart"/>
      <w:r>
        <w:t>такое</w:t>
      </w:r>
      <w:proofErr w:type="spellEnd"/>
      <w:r>
        <w:t xml:space="preserve"> ПМПК?</w:t>
      </w:r>
      <w:proofErr w:type="gramEnd"/>
    </w:p>
    <w:p w:rsidR="00DE2283" w:rsidRPr="005F6F30" w:rsidRDefault="005F6F30" w:rsidP="005F6F30">
      <w:pPr>
        <w:jc w:val="both"/>
        <w:rPr>
          <w:lang w:val="ru-RU"/>
        </w:rPr>
      </w:pPr>
      <w:proofErr w:type="spellStart"/>
      <w:r w:rsidRPr="005F6F30">
        <w:rPr>
          <w:lang w:val="ru-RU"/>
        </w:rPr>
        <w:t>Психолого-медико-педагогическая</w:t>
      </w:r>
      <w:proofErr w:type="spellEnd"/>
      <w:r w:rsidRPr="005F6F30">
        <w:rPr>
          <w:lang w:val="ru-RU"/>
        </w:rPr>
        <w:t xml:space="preserve"> комиссия (ПМПК) проводит комплексное </w:t>
      </w:r>
      <w:proofErr w:type="spellStart"/>
      <w:r w:rsidRPr="005F6F30">
        <w:rPr>
          <w:lang w:val="ru-RU"/>
        </w:rPr>
        <w:t>психолого-медико-педагогическое</w:t>
      </w:r>
      <w:proofErr w:type="spellEnd"/>
      <w:r w:rsidRPr="005F6F30">
        <w:rPr>
          <w:lang w:val="ru-RU"/>
        </w:rPr>
        <w:t xml:space="preserve"> обследование детей и обучающихся и по его </w:t>
      </w:r>
      <w:r w:rsidRPr="005F6F30">
        <w:rPr>
          <w:lang w:val="ru-RU"/>
        </w:rPr>
        <w:t>результатам готовит рекомендации по организации их обучения и воспитания.</w:t>
      </w:r>
    </w:p>
    <w:p w:rsidR="00DE2283" w:rsidRPr="005F6F30" w:rsidRDefault="005F6F30" w:rsidP="005F6F30">
      <w:pPr>
        <w:jc w:val="both"/>
        <w:rPr>
          <w:lang w:val="ru-RU"/>
        </w:rPr>
      </w:pPr>
      <w:r w:rsidRPr="005F6F30">
        <w:rPr>
          <w:lang w:val="ru-RU"/>
        </w:rPr>
        <w:t>ПМПК помогает определить специальные образовательные условия, необходимые ребёнку с учётом его индивидуальных особенностей и образовательных потребностей.</w:t>
      </w:r>
    </w:p>
    <w:p w:rsidR="00DE2283" w:rsidRPr="005F6F30" w:rsidRDefault="005F6F30" w:rsidP="005F6F30">
      <w:pPr>
        <w:jc w:val="both"/>
        <w:rPr>
          <w:lang w:val="ru-RU"/>
        </w:rPr>
      </w:pPr>
      <w:r w:rsidRPr="005F6F30">
        <w:rPr>
          <w:lang w:val="ru-RU"/>
        </w:rPr>
        <w:t>Обследование и консультиров</w:t>
      </w:r>
      <w:r w:rsidRPr="005F6F30">
        <w:rPr>
          <w:lang w:val="ru-RU"/>
        </w:rPr>
        <w:t>ание специалистами ПМПК проводятся бесплатно.</w:t>
      </w:r>
    </w:p>
    <w:p w:rsidR="00DE2283" w:rsidRPr="005F6F30" w:rsidRDefault="005F6F30">
      <w:pPr>
        <w:pStyle w:val="1"/>
        <w:rPr>
          <w:lang w:val="ru-RU"/>
        </w:rPr>
      </w:pPr>
      <w:r w:rsidRPr="005F6F30">
        <w:rPr>
          <w:lang w:val="ru-RU"/>
        </w:rPr>
        <w:t>Когда может потребоваться обращение в ПМПК?</w:t>
      </w:r>
    </w:p>
    <w:p w:rsidR="00DE2283" w:rsidRPr="005F6F30" w:rsidRDefault="005F6F30">
      <w:pPr>
        <w:rPr>
          <w:lang w:val="ru-RU"/>
        </w:rPr>
      </w:pPr>
      <w:r w:rsidRPr="005F6F30">
        <w:rPr>
          <w:lang w:val="ru-RU"/>
        </w:rPr>
        <w:t>Обращение в ПМПК может потребоваться, если у ребёнка наблюдаются устойчивые трудности:</w:t>
      </w:r>
    </w:p>
    <w:p w:rsidR="00DE2283" w:rsidRPr="005F6F30" w:rsidRDefault="005F6F30">
      <w:pPr>
        <w:pStyle w:val="a0"/>
        <w:rPr>
          <w:lang w:val="ru-RU"/>
        </w:rPr>
      </w:pPr>
      <w:r w:rsidRPr="005F6F30">
        <w:rPr>
          <w:lang w:val="ru-RU"/>
        </w:rPr>
        <w:t>в развитии и освоении образовательной программы;</w:t>
      </w:r>
    </w:p>
    <w:p w:rsidR="00DE2283" w:rsidRDefault="005F6F30">
      <w:pPr>
        <w:pStyle w:val="a0"/>
      </w:pPr>
      <w:r>
        <w:t xml:space="preserve">в </w:t>
      </w:r>
      <w:proofErr w:type="spellStart"/>
      <w:r>
        <w:t>формировании</w:t>
      </w:r>
      <w:proofErr w:type="spellEnd"/>
      <w:r>
        <w:t xml:space="preserve"> </w:t>
      </w:r>
      <w:proofErr w:type="spellStart"/>
      <w:r>
        <w:t>учебных</w:t>
      </w:r>
      <w:proofErr w:type="spellEnd"/>
      <w:r>
        <w:t xml:space="preserve"> </w:t>
      </w:r>
      <w:proofErr w:type="spellStart"/>
      <w:r>
        <w:t>навыков</w:t>
      </w:r>
      <w:proofErr w:type="spellEnd"/>
      <w:r>
        <w:t>;</w:t>
      </w:r>
    </w:p>
    <w:p w:rsidR="00DE2283" w:rsidRDefault="005F6F30">
      <w:pPr>
        <w:pStyle w:val="a0"/>
      </w:pPr>
      <w:r>
        <w:t>в общении и взаимодействии;</w:t>
      </w:r>
    </w:p>
    <w:p w:rsidR="00DE2283" w:rsidRPr="005F6F30" w:rsidRDefault="005F6F30">
      <w:pPr>
        <w:pStyle w:val="a0"/>
        <w:rPr>
          <w:lang w:val="ru-RU"/>
        </w:rPr>
      </w:pPr>
      <w:r w:rsidRPr="005F6F30">
        <w:rPr>
          <w:lang w:val="ru-RU"/>
        </w:rPr>
        <w:t>в понимании и выполнении инструкций;</w:t>
      </w:r>
    </w:p>
    <w:p w:rsidR="00DE2283" w:rsidRDefault="005F6F30">
      <w:pPr>
        <w:pStyle w:val="a0"/>
      </w:pPr>
      <w:r>
        <w:t xml:space="preserve">в </w:t>
      </w:r>
      <w:proofErr w:type="spellStart"/>
      <w:r>
        <w:t>поведении</w:t>
      </w:r>
      <w:proofErr w:type="spellEnd"/>
      <w:r>
        <w:t xml:space="preserve"> и саморегуляции;</w:t>
      </w:r>
    </w:p>
    <w:p w:rsidR="00DE2283" w:rsidRDefault="005F6F30">
      <w:pPr>
        <w:pStyle w:val="a0"/>
      </w:pPr>
      <w:r>
        <w:t>в формировании самостоятельности;</w:t>
      </w:r>
    </w:p>
    <w:p w:rsidR="00DE2283" w:rsidRPr="005F6F30" w:rsidRDefault="005F6F30">
      <w:pPr>
        <w:pStyle w:val="a0"/>
        <w:rPr>
          <w:lang w:val="ru-RU"/>
        </w:rPr>
      </w:pPr>
      <w:r w:rsidRPr="005F6F30">
        <w:rPr>
          <w:lang w:val="ru-RU"/>
        </w:rPr>
        <w:t>в адаптации к образовательной среде;</w:t>
      </w:r>
    </w:p>
    <w:p w:rsidR="00DE2283" w:rsidRPr="005F6F30" w:rsidRDefault="005F6F30">
      <w:pPr>
        <w:pStyle w:val="a0"/>
        <w:rPr>
          <w:lang w:val="ru-RU"/>
        </w:rPr>
      </w:pPr>
      <w:r w:rsidRPr="005F6F30">
        <w:rPr>
          <w:lang w:val="ru-RU"/>
        </w:rPr>
        <w:t>при необходимости определения специальных образовательных условий.</w:t>
      </w:r>
    </w:p>
    <w:p w:rsidR="00DE2283" w:rsidRPr="005F6F30" w:rsidRDefault="005F6F30" w:rsidP="005F6F30">
      <w:pPr>
        <w:jc w:val="both"/>
        <w:rPr>
          <w:lang w:val="ru-RU"/>
        </w:rPr>
      </w:pPr>
      <w:r w:rsidRPr="005F6F30">
        <w:rPr>
          <w:lang w:val="ru-RU"/>
        </w:rPr>
        <w:t>Наличие отдельных труд</w:t>
      </w:r>
      <w:r w:rsidRPr="005F6F30">
        <w:rPr>
          <w:lang w:val="ru-RU"/>
        </w:rPr>
        <w:t>ностей само по себе не означает, что ребёнку обязательно необходимо обследование в ПМПК. Необходимость обращения определяется с учётом конкретной ситуации ребёнка.</w:t>
      </w:r>
    </w:p>
    <w:p w:rsidR="00DE2283" w:rsidRPr="005F6F30" w:rsidRDefault="005F6F30">
      <w:pPr>
        <w:pStyle w:val="1"/>
        <w:rPr>
          <w:lang w:val="ru-RU"/>
        </w:rPr>
      </w:pPr>
      <w:r w:rsidRPr="005F6F30">
        <w:rPr>
          <w:lang w:val="ru-RU"/>
        </w:rPr>
        <w:t>Как образовательная организация взаимодействует с семьёй?</w:t>
      </w:r>
    </w:p>
    <w:p w:rsidR="00DE2283" w:rsidRPr="005F6F30" w:rsidRDefault="005F6F30" w:rsidP="005F6F30">
      <w:pPr>
        <w:jc w:val="both"/>
        <w:rPr>
          <w:lang w:val="ru-RU"/>
        </w:rPr>
      </w:pPr>
      <w:r w:rsidRPr="005F6F30">
        <w:rPr>
          <w:lang w:val="ru-RU"/>
        </w:rPr>
        <w:t>При возникновении трудностей образ</w:t>
      </w:r>
      <w:r w:rsidRPr="005F6F30">
        <w:rPr>
          <w:lang w:val="ru-RU"/>
        </w:rPr>
        <w:t>овательная организация совместно с родителями (законными представителями) определяет возможные направления помощи ребёнку.</w:t>
      </w:r>
    </w:p>
    <w:p w:rsidR="00DE2283" w:rsidRPr="005F6F30" w:rsidRDefault="005F6F30" w:rsidP="005F6F30">
      <w:pPr>
        <w:jc w:val="both"/>
        <w:rPr>
          <w:lang w:val="ru-RU"/>
        </w:rPr>
      </w:pPr>
      <w:r w:rsidRPr="005F6F30">
        <w:rPr>
          <w:lang w:val="ru-RU"/>
        </w:rPr>
        <w:t>В образовательной организации может проводиться психолого-педагогическое обследование и обсуждение результатов специалистами в рамках</w:t>
      </w:r>
      <w:r w:rsidRPr="005F6F30">
        <w:rPr>
          <w:lang w:val="ru-RU"/>
        </w:rPr>
        <w:t xml:space="preserve"> психолого-педагогического консилиума (</w:t>
      </w:r>
      <w:proofErr w:type="spellStart"/>
      <w:r w:rsidRPr="005F6F30">
        <w:rPr>
          <w:lang w:val="ru-RU"/>
        </w:rPr>
        <w:t>ППк</w:t>
      </w:r>
      <w:proofErr w:type="spellEnd"/>
      <w:r w:rsidRPr="005F6F30">
        <w:rPr>
          <w:lang w:val="ru-RU"/>
        </w:rPr>
        <w:t>).</w:t>
      </w:r>
    </w:p>
    <w:p w:rsidR="00DE2283" w:rsidRPr="005F6F30" w:rsidRDefault="005F6F30">
      <w:pPr>
        <w:rPr>
          <w:lang w:val="ru-RU"/>
        </w:rPr>
      </w:pPr>
      <w:r w:rsidRPr="005F6F30">
        <w:rPr>
          <w:lang w:val="ru-RU"/>
        </w:rPr>
        <w:t xml:space="preserve">При необходимости </w:t>
      </w:r>
      <w:proofErr w:type="spellStart"/>
      <w:r w:rsidRPr="005F6F30">
        <w:rPr>
          <w:lang w:val="ru-RU"/>
        </w:rPr>
        <w:t>ППк</w:t>
      </w:r>
      <w:proofErr w:type="spellEnd"/>
      <w:r w:rsidRPr="005F6F30">
        <w:rPr>
          <w:lang w:val="ru-RU"/>
        </w:rPr>
        <w:t xml:space="preserve"> может подготовить представление для ПМПК по рекомендуемой форме.</w:t>
      </w:r>
    </w:p>
    <w:p w:rsidR="00DE2283" w:rsidRPr="005F6F30" w:rsidRDefault="005F6F30" w:rsidP="005F6F30">
      <w:pPr>
        <w:jc w:val="both"/>
        <w:rPr>
          <w:lang w:val="ru-RU"/>
        </w:rPr>
      </w:pPr>
      <w:proofErr w:type="spellStart"/>
      <w:r w:rsidRPr="005F6F30">
        <w:rPr>
          <w:lang w:val="ru-RU"/>
        </w:rPr>
        <w:t>ППк</w:t>
      </w:r>
      <w:proofErr w:type="spellEnd"/>
      <w:r w:rsidRPr="005F6F30">
        <w:rPr>
          <w:lang w:val="ru-RU"/>
        </w:rPr>
        <w:t xml:space="preserve"> и ПМПК выполняют разные задачи: </w:t>
      </w:r>
      <w:proofErr w:type="spellStart"/>
      <w:r w:rsidRPr="005F6F30">
        <w:rPr>
          <w:lang w:val="ru-RU"/>
        </w:rPr>
        <w:t>ППк</w:t>
      </w:r>
      <w:proofErr w:type="spellEnd"/>
      <w:r w:rsidRPr="005F6F30">
        <w:rPr>
          <w:lang w:val="ru-RU"/>
        </w:rPr>
        <w:t xml:space="preserve"> работает непосредственно в образовательной организации, а ПМПК проводит комплексное </w:t>
      </w:r>
      <w:proofErr w:type="spellStart"/>
      <w:r w:rsidRPr="005F6F30">
        <w:rPr>
          <w:lang w:val="ru-RU"/>
        </w:rPr>
        <w:t>психолого-медико-педагогическое</w:t>
      </w:r>
      <w:proofErr w:type="spellEnd"/>
      <w:r w:rsidRPr="005F6F30">
        <w:rPr>
          <w:lang w:val="ru-RU"/>
        </w:rPr>
        <w:t xml:space="preserve"> обследование и готовит рекомендации.</w:t>
      </w:r>
    </w:p>
    <w:p w:rsidR="00DE2283" w:rsidRPr="005F6F30" w:rsidRDefault="005F6F30">
      <w:pPr>
        <w:pStyle w:val="1"/>
        <w:rPr>
          <w:lang w:val="ru-RU"/>
        </w:rPr>
      </w:pPr>
      <w:r w:rsidRPr="005F6F30">
        <w:rPr>
          <w:lang w:val="ru-RU"/>
        </w:rPr>
        <w:t>Как обратиться в ПМПК?</w:t>
      </w:r>
    </w:p>
    <w:p w:rsidR="00DE2283" w:rsidRPr="005F6F30" w:rsidRDefault="005F6F30">
      <w:pPr>
        <w:rPr>
          <w:lang w:val="ru-RU"/>
        </w:rPr>
      </w:pPr>
      <w:r w:rsidRPr="005F6F30">
        <w:rPr>
          <w:lang w:val="ru-RU"/>
        </w:rPr>
        <w:t>Для проведения обследования родитель (законный представитель) подаёт заявление в ПМПК.</w:t>
      </w:r>
    </w:p>
    <w:p w:rsidR="00DE2283" w:rsidRPr="005F6F30" w:rsidRDefault="005F6F30" w:rsidP="005F6F30">
      <w:pPr>
        <w:jc w:val="both"/>
        <w:rPr>
          <w:lang w:val="ru-RU"/>
        </w:rPr>
      </w:pPr>
      <w:r w:rsidRPr="005F6F30">
        <w:rPr>
          <w:lang w:val="ru-RU"/>
        </w:rPr>
        <w:lastRenderedPageBreak/>
        <w:t>Заявление может быть оформлено по рекомендуемой форме, предусмотренной Положе</w:t>
      </w:r>
      <w:r w:rsidRPr="005F6F30">
        <w:rPr>
          <w:lang w:val="ru-RU"/>
        </w:rPr>
        <w:t>нием о ПМПК.</w:t>
      </w:r>
    </w:p>
    <w:p w:rsidR="00DE2283" w:rsidRPr="005F6F30" w:rsidRDefault="005F6F30" w:rsidP="005F6F30">
      <w:pPr>
        <w:jc w:val="both"/>
        <w:rPr>
          <w:lang w:val="ru-RU"/>
        </w:rPr>
      </w:pPr>
      <w:r w:rsidRPr="005F6F30">
        <w:rPr>
          <w:lang w:val="ru-RU"/>
        </w:rPr>
        <w:t>Перед обращением рекомендуется ознакомиться с актуальным перечнем документов и порядком предварительной записи.</w:t>
      </w:r>
    </w:p>
    <w:p w:rsidR="00DE2283" w:rsidRPr="005F6F30" w:rsidRDefault="005F6F30">
      <w:pPr>
        <w:rPr>
          <w:lang w:val="ru-RU"/>
        </w:rPr>
      </w:pPr>
      <w:r w:rsidRPr="005F6F30">
        <w:rPr>
          <w:b/>
          <w:lang w:val="ru-RU"/>
        </w:rPr>
        <w:t>ПРИЁМ ДОКУМЕНТОВ И ПРЕДВАРИТЕЛЬНАЯ ЗАПИСЬ</w:t>
      </w:r>
    </w:p>
    <w:p w:rsidR="00DE2283" w:rsidRPr="005F6F30" w:rsidRDefault="005F6F30">
      <w:pPr>
        <w:rPr>
          <w:lang w:val="ru-RU"/>
        </w:rPr>
      </w:pPr>
      <w:r w:rsidRPr="005F6F30">
        <w:rPr>
          <w:b/>
          <w:lang w:val="ru-RU"/>
        </w:rPr>
        <w:t>Понедельник, четверг, пятница — 12:00–15:00</w:t>
      </w:r>
    </w:p>
    <w:p w:rsidR="00DE2283" w:rsidRPr="005F6F30" w:rsidRDefault="005F6F30">
      <w:pPr>
        <w:rPr>
          <w:lang w:val="ru-RU"/>
        </w:rPr>
      </w:pPr>
      <w:r w:rsidRPr="005F6F30">
        <w:rPr>
          <w:b/>
          <w:lang w:val="ru-RU"/>
        </w:rPr>
        <w:t>Телефон: +7 914 684-22-38</w:t>
      </w:r>
    </w:p>
    <w:p w:rsidR="00DE2283" w:rsidRPr="005F6F30" w:rsidRDefault="005F6F30">
      <w:pPr>
        <w:rPr>
          <w:lang w:val="ru-RU"/>
        </w:rPr>
      </w:pPr>
      <w:r w:rsidRPr="005F6F30">
        <w:rPr>
          <w:lang w:val="ru-RU"/>
        </w:rPr>
        <w:t xml:space="preserve">Запись </w:t>
      </w:r>
      <w:r w:rsidRPr="005F6F30">
        <w:rPr>
          <w:lang w:val="ru-RU"/>
        </w:rPr>
        <w:t>осуществляется при личном обращении родителей (законных представителей).</w:t>
      </w:r>
    </w:p>
    <w:p w:rsidR="00DE2283" w:rsidRPr="005F6F30" w:rsidRDefault="005F6F30">
      <w:pPr>
        <w:pStyle w:val="1"/>
        <w:rPr>
          <w:lang w:val="ru-RU"/>
        </w:rPr>
      </w:pPr>
      <w:r w:rsidRPr="005F6F30">
        <w:rPr>
          <w:lang w:val="ru-RU"/>
        </w:rPr>
        <w:t>Какие документы могут потребоваться?</w:t>
      </w:r>
    </w:p>
    <w:p w:rsidR="00DE2283" w:rsidRPr="005F6F30" w:rsidRDefault="005F6F30" w:rsidP="005F6F30">
      <w:pPr>
        <w:jc w:val="both"/>
        <w:rPr>
          <w:lang w:val="ru-RU"/>
        </w:rPr>
      </w:pPr>
      <w:r w:rsidRPr="005F6F30">
        <w:rPr>
          <w:lang w:val="ru-RU"/>
        </w:rPr>
        <w:t>Перечень документов зависит от конкретной ситуации ребёнка. В соответствии с Положением о ПМПК могут представляться:</w:t>
      </w:r>
    </w:p>
    <w:p w:rsidR="00DE2283" w:rsidRPr="005F6F30" w:rsidRDefault="005F6F30">
      <w:pPr>
        <w:pStyle w:val="a0"/>
        <w:rPr>
          <w:lang w:val="ru-RU"/>
        </w:rPr>
      </w:pPr>
      <w:r w:rsidRPr="005F6F30">
        <w:rPr>
          <w:lang w:val="ru-RU"/>
        </w:rPr>
        <w:t>документ, удостоверяющий личн</w:t>
      </w:r>
      <w:r w:rsidRPr="005F6F30">
        <w:rPr>
          <w:lang w:val="ru-RU"/>
        </w:rPr>
        <w:t>ость родителя (законного представителя);</w:t>
      </w:r>
    </w:p>
    <w:p w:rsidR="00DE2283" w:rsidRPr="005F6F30" w:rsidRDefault="005F6F30">
      <w:pPr>
        <w:pStyle w:val="a0"/>
        <w:rPr>
          <w:lang w:val="ru-RU"/>
        </w:rPr>
      </w:pPr>
      <w:r w:rsidRPr="005F6F30">
        <w:rPr>
          <w:lang w:val="ru-RU"/>
        </w:rPr>
        <w:t>свидетельство о рождении ребёнка либо документ, подтверждающий родство;</w:t>
      </w:r>
    </w:p>
    <w:p w:rsidR="00DE2283" w:rsidRPr="005F6F30" w:rsidRDefault="005F6F30">
      <w:pPr>
        <w:pStyle w:val="a0"/>
        <w:rPr>
          <w:lang w:val="ru-RU"/>
        </w:rPr>
      </w:pPr>
      <w:r w:rsidRPr="005F6F30">
        <w:rPr>
          <w:lang w:val="ru-RU"/>
        </w:rPr>
        <w:t>документ, подтверждающий полномочия законного представителя — в соответствующих случаях;</w:t>
      </w:r>
    </w:p>
    <w:p w:rsidR="00DE2283" w:rsidRPr="005F6F30" w:rsidRDefault="005F6F30">
      <w:pPr>
        <w:pStyle w:val="a0"/>
        <w:rPr>
          <w:lang w:val="ru-RU"/>
        </w:rPr>
      </w:pPr>
      <w:r w:rsidRPr="005F6F30">
        <w:rPr>
          <w:lang w:val="ru-RU"/>
        </w:rPr>
        <w:t xml:space="preserve">представление </w:t>
      </w:r>
      <w:proofErr w:type="spellStart"/>
      <w:r w:rsidRPr="005F6F30">
        <w:rPr>
          <w:lang w:val="ru-RU"/>
        </w:rPr>
        <w:t>ППк</w:t>
      </w:r>
      <w:proofErr w:type="spellEnd"/>
      <w:r w:rsidRPr="005F6F30">
        <w:rPr>
          <w:lang w:val="ru-RU"/>
        </w:rPr>
        <w:t xml:space="preserve"> образовательной организации — при на</w:t>
      </w:r>
      <w:r w:rsidRPr="005F6F30">
        <w:rPr>
          <w:lang w:val="ru-RU"/>
        </w:rPr>
        <w:t>личии;</w:t>
      </w:r>
    </w:p>
    <w:p w:rsidR="00DE2283" w:rsidRPr="005F6F30" w:rsidRDefault="005F6F30">
      <w:pPr>
        <w:pStyle w:val="a0"/>
        <w:rPr>
          <w:lang w:val="ru-RU"/>
        </w:rPr>
      </w:pPr>
      <w:r w:rsidRPr="005F6F30">
        <w:rPr>
          <w:lang w:val="ru-RU"/>
        </w:rPr>
        <w:t>заключение (заключения) ПМПК, полученное ранее, — при наличии;</w:t>
      </w:r>
    </w:p>
    <w:p w:rsidR="00DE2283" w:rsidRPr="005F6F30" w:rsidRDefault="005F6F30">
      <w:pPr>
        <w:pStyle w:val="a0"/>
        <w:rPr>
          <w:lang w:val="ru-RU"/>
        </w:rPr>
      </w:pPr>
      <w:r w:rsidRPr="005F6F30">
        <w:rPr>
          <w:lang w:val="ru-RU"/>
        </w:rPr>
        <w:t>документ, подтверждающий инвалидность, и ИПРА — при наличии;</w:t>
      </w:r>
    </w:p>
    <w:p w:rsidR="00DE2283" w:rsidRPr="005F6F30" w:rsidRDefault="005F6F30">
      <w:pPr>
        <w:pStyle w:val="a0"/>
        <w:rPr>
          <w:lang w:val="ru-RU"/>
        </w:rPr>
      </w:pPr>
      <w:r w:rsidRPr="005F6F30">
        <w:rPr>
          <w:lang w:val="ru-RU"/>
        </w:rPr>
        <w:t>медицинское заключение с информацией о состоянии здоровья, обследовании и лечении — в предусмотренных Положением случаях;</w:t>
      </w:r>
    </w:p>
    <w:p w:rsidR="00DE2283" w:rsidRPr="005F6F30" w:rsidRDefault="005F6F30">
      <w:pPr>
        <w:pStyle w:val="a0"/>
        <w:rPr>
          <w:lang w:val="ru-RU"/>
        </w:rPr>
      </w:pPr>
      <w:r w:rsidRPr="005F6F30">
        <w:rPr>
          <w:lang w:val="ru-RU"/>
        </w:rPr>
        <w:t>ины</w:t>
      </w:r>
      <w:r w:rsidRPr="005F6F30">
        <w:rPr>
          <w:lang w:val="ru-RU"/>
        </w:rPr>
        <w:t>е документы, предусмотренные Положением, — при наличии соответствующих оснований.</w:t>
      </w:r>
    </w:p>
    <w:p w:rsidR="00DE2283" w:rsidRPr="005F6F30" w:rsidRDefault="005F6F30" w:rsidP="005F6F30">
      <w:pPr>
        <w:jc w:val="both"/>
        <w:rPr>
          <w:lang w:val="ru-RU"/>
        </w:rPr>
      </w:pPr>
      <w:r w:rsidRPr="005F6F30">
        <w:rPr>
          <w:lang w:val="ru-RU"/>
        </w:rPr>
        <w:t>Важно: не все документы требуются в каждом случае. Оригиналы документов, предусмотренных Положением, предъявляются при проведении обследования.</w:t>
      </w:r>
    </w:p>
    <w:p w:rsidR="00DE2283" w:rsidRPr="005F6F30" w:rsidRDefault="005F6F30">
      <w:pPr>
        <w:pStyle w:val="1"/>
        <w:rPr>
          <w:lang w:val="ru-RU"/>
        </w:rPr>
      </w:pPr>
      <w:r w:rsidRPr="005F6F30">
        <w:rPr>
          <w:lang w:val="ru-RU"/>
        </w:rPr>
        <w:t xml:space="preserve">Что необходимо представить на </w:t>
      </w:r>
      <w:r w:rsidRPr="005F6F30">
        <w:rPr>
          <w:lang w:val="ru-RU"/>
        </w:rPr>
        <w:t>обследование?</w:t>
      </w:r>
    </w:p>
    <w:p w:rsidR="00DE2283" w:rsidRPr="005F6F30" w:rsidRDefault="005F6F30" w:rsidP="005F6F30">
      <w:pPr>
        <w:jc w:val="both"/>
        <w:rPr>
          <w:lang w:val="ru-RU"/>
        </w:rPr>
      </w:pPr>
      <w:r w:rsidRPr="005F6F30">
        <w:rPr>
          <w:lang w:val="ru-RU"/>
        </w:rPr>
        <w:t>В зависимости от возраста ребёнка и образовательной ситуации могут потребоваться материалы, позволяющие специалистам оценить особенности его развития и образовательной деятельности.</w:t>
      </w:r>
    </w:p>
    <w:p w:rsidR="00DE2283" w:rsidRPr="005F6F30" w:rsidRDefault="005F6F30">
      <w:pPr>
        <w:rPr>
          <w:lang w:val="ru-RU"/>
        </w:rPr>
      </w:pPr>
      <w:r w:rsidRPr="005F6F30">
        <w:rPr>
          <w:lang w:val="ru-RU"/>
        </w:rPr>
        <w:t xml:space="preserve">Для </w:t>
      </w:r>
      <w:proofErr w:type="gramStart"/>
      <w:r w:rsidRPr="005F6F30">
        <w:rPr>
          <w:lang w:val="ru-RU"/>
        </w:rPr>
        <w:t>обучающихся</w:t>
      </w:r>
      <w:proofErr w:type="gramEnd"/>
      <w:r w:rsidRPr="005F6F30">
        <w:rPr>
          <w:lang w:val="ru-RU"/>
        </w:rPr>
        <w:t xml:space="preserve"> могут быть представлены:</w:t>
      </w:r>
    </w:p>
    <w:p w:rsidR="00DE2283" w:rsidRPr="005F6F30" w:rsidRDefault="005F6F30" w:rsidP="005F6F30">
      <w:pPr>
        <w:pStyle w:val="a0"/>
        <w:jc w:val="both"/>
        <w:rPr>
          <w:lang w:val="ru-RU"/>
        </w:rPr>
      </w:pPr>
      <w:r w:rsidRPr="005F6F30">
        <w:rPr>
          <w:lang w:val="ru-RU"/>
        </w:rPr>
        <w:t>копии диагностическ</w:t>
      </w:r>
      <w:r w:rsidRPr="005F6F30">
        <w:rPr>
          <w:lang w:val="ru-RU"/>
        </w:rPr>
        <w:t>их и контрольных работ, заверенные руководителем образовательной организации;</w:t>
      </w:r>
    </w:p>
    <w:p w:rsidR="00DE2283" w:rsidRPr="005F6F30" w:rsidRDefault="005F6F30">
      <w:pPr>
        <w:pStyle w:val="a0"/>
        <w:rPr>
          <w:lang w:val="ru-RU"/>
        </w:rPr>
      </w:pPr>
      <w:r w:rsidRPr="005F6F30">
        <w:rPr>
          <w:lang w:val="ru-RU"/>
        </w:rPr>
        <w:t>оригиналы рабочих тетрадей по русскому языку и математике;</w:t>
      </w:r>
    </w:p>
    <w:p w:rsidR="00DE2283" w:rsidRPr="005F6F30" w:rsidRDefault="005F6F30">
      <w:pPr>
        <w:pStyle w:val="a0"/>
        <w:rPr>
          <w:lang w:val="ru-RU"/>
        </w:rPr>
      </w:pPr>
      <w:r w:rsidRPr="005F6F30">
        <w:rPr>
          <w:lang w:val="ru-RU"/>
        </w:rPr>
        <w:t>иные материалы, предусмотренные Положением о ПМПК.</w:t>
      </w:r>
    </w:p>
    <w:p w:rsidR="00DE2283" w:rsidRPr="005F6F30" w:rsidRDefault="005F6F30" w:rsidP="005F6F30">
      <w:pPr>
        <w:jc w:val="both"/>
        <w:rPr>
          <w:lang w:val="ru-RU"/>
        </w:rPr>
      </w:pPr>
      <w:r w:rsidRPr="005F6F30">
        <w:rPr>
          <w:lang w:val="ru-RU"/>
        </w:rPr>
        <w:t>Для детей дошкольного возраста могут быть представлены самостоятельн</w:t>
      </w:r>
      <w:r w:rsidRPr="005F6F30">
        <w:rPr>
          <w:lang w:val="ru-RU"/>
        </w:rPr>
        <w:t>о выполненные ребёнком продуктивные работы.</w:t>
      </w:r>
    </w:p>
    <w:p w:rsidR="00DE2283" w:rsidRPr="005F6F30" w:rsidRDefault="005F6F30">
      <w:pPr>
        <w:pStyle w:val="1"/>
        <w:rPr>
          <w:lang w:val="ru-RU"/>
        </w:rPr>
      </w:pPr>
      <w:r w:rsidRPr="005F6F30">
        <w:rPr>
          <w:lang w:val="ru-RU"/>
        </w:rPr>
        <w:t>Как проходит обследование?</w:t>
      </w:r>
    </w:p>
    <w:p w:rsidR="00DE2283" w:rsidRPr="005F6F30" w:rsidRDefault="005F6F30">
      <w:pPr>
        <w:rPr>
          <w:lang w:val="ru-RU"/>
        </w:rPr>
      </w:pPr>
      <w:r w:rsidRPr="005F6F30">
        <w:rPr>
          <w:lang w:val="ru-RU"/>
        </w:rPr>
        <w:t>Обследование проводится комплексно специалистами ПМПК.</w:t>
      </w:r>
    </w:p>
    <w:p w:rsidR="00DE2283" w:rsidRPr="005F6F30" w:rsidRDefault="005F6F30" w:rsidP="005F6F30">
      <w:pPr>
        <w:jc w:val="both"/>
        <w:rPr>
          <w:lang w:val="ru-RU"/>
        </w:rPr>
      </w:pPr>
      <w:r w:rsidRPr="005F6F30">
        <w:rPr>
          <w:lang w:val="ru-RU"/>
        </w:rPr>
        <w:lastRenderedPageBreak/>
        <w:t xml:space="preserve">Состав специалистов, порядок и продолжительность обследования определяются руководителем ПМПК с учётом задач обследования, </w:t>
      </w:r>
      <w:r w:rsidRPr="005F6F30">
        <w:rPr>
          <w:lang w:val="ru-RU"/>
        </w:rPr>
        <w:t>возраста, психофизических и индивидуальных особенностей ребёнка.</w:t>
      </w:r>
    </w:p>
    <w:p w:rsidR="00DE2283" w:rsidRPr="005F6F30" w:rsidRDefault="005F6F30">
      <w:pPr>
        <w:rPr>
          <w:lang w:val="ru-RU"/>
        </w:rPr>
      </w:pPr>
      <w:r w:rsidRPr="005F6F30">
        <w:rPr>
          <w:lang w:val="ru-RU"/>
        </w:rPr>
        <w:t>Родитель (законный представитель) присутствует при проведении обследования ребёнка.</w:t>
      </w:r>
    </w:p>
    <w:p w:rsidR="00DE2283" w:rsidRPr="005F6F30" w:rsidRDefault="005F6F30" w:rsidP="005F6F30">
      <w:pPr>
        <w:jc w:val="both"/>
        <w:rPr>
          <w:lang w:val="ru-RU"/>
        </w:rPr>
      </w:pPr>
      <w:r w:rsidRPr="005F6F30">
        <w:rPr>
          <w:lang w:val="ru-RU"/>
        </w:rPr>
        <w:t>В предусмотренных Положением случаях обследование может проводиться в форме выездного или дистанционного об</w:t>
      </w:r>
      <w:r w:rsidRPr="005F6F30">
        <w:rPr>
          <w:lang w:val="ru-RU"/>
        </w:rPr>
        <w:t>следования.</w:t>
      </w:r>
    </w:p>
    <w:p w:rsidR="00DE2283" w:rsidRPr="005F6F30" w:rsidRDefault="005F6F30" w:rsidP="005F6F30">
      <w:pPr>
        <w:jc w:val="both"/>
        <w:rPr>
          <w:lang w:val="ru-RU"/>
        </w:rPr>
      </w:pPr>
      <w:r w:rsidRPr="005F6F30">
        <w:rPr>
          <w:lang w:val="ru-RU"/>
        </w:rPr>
        <w:t>После обследования специалисты обсуждают результаты и готовят заключение ПМПК. Обсуждение результатов и подготовка заключения проводятся без присутствия ребёнка.</w:t>
      </w:r>
    </w:p>
    <w:p w:rsidR="00DE2283" w:rsidRPr="005F6F30" w:rsidRDefault="005F6F30">
      <w:pPr>
        <w:pStyle w:val="1"/>
        <w:rPr>
          <w:lang w:val="ru-RU"/>
        </w:rPr>
      </w:pPr>
      <w:r w:rsidRPr="005F6F30">
        <w:rPr>
          <w:lang w:val="ru-RU"/>
        </w:rPr>
        <w:t>Сроки проведения обследования</w:t>
      </w:r>
    </w:p>
    <w:p w:rsidR="00DE2283" w:rsidRPr="005F6F30" w:rsidRDefault="005F6F30">
      <w:pPr>
        <w:rPr>
          <w:lang w:val="ru-RU"/>
        </w:rPr>
      </w:pPr>
      <w:r w:rsidRPr="005F6F30">
        <w:rPr>
          <w:lang w:val="ru-RU"/>
        </w:rPr>
        <w:t>Обследование проводится не позднее двух месяцев со д</w:t>
      </w:r>
      <w:r w:rsidRPr="005F6F30">
        <w:rPr>
          <w:lang w:val="ru-RU"/>
        </w:rPr>
        <w:t>ня подачи заявления.</w:t>
      </w:r>
    </w:p>
    <w:p w:rsidR="00DE2283" w:rsidRPr="005F6F30" w:rsidRDefault="005F6F30" w:rsidP="005F6F30">
      <w:pPr>
        <w:jc w:val="both"/>
        <w:rPr>
          <w:lang w:val="ru-RU"/>
        </w:rPr>
      </w:pPr>
      <w:r w:rsidRPr="005F6F30">
        <w:rPr>
          <w:lang w:val="ru-RU"/>
        </w:rPr>
        <w:t>Если необходимы дополнительные сведения, ПМПК вправе запросить их у родителей, образовательной организации или иных организаций в предусмотренных случаях.</w:t>
      </w:r>
    </w:p>
    <w:p w:rsidR="00DE2283" w:rsidRPr="005F6F30" w:rsidRDefault="005F6F30" w:rsidP="005F6F30">
      <w:pPr>
        <w:jc w:val="both"/>
        <w:rPr>
          <w:lang w:val="ru-RU"/>
        </w:rPr>
      </w:pPr>
      <w:r w:rsidRPr="005F6F30">
        <w:rPr>
          <w:lang w:val="ru-RU"/>
        </w:rPr>
        <w:t xml:space="preserve">Если дополнительные сведения запрошены, срок подготовки протокола и заключения </w:t>
      </w:r>
      <w:r w:rsidRPr="005F6F30">
        <w:rPr>
          <w:lang w:val="ru-RU"/>
        </w:rPr>
        <w:t>может быть продлён не более чем на 15 рабочих дней со дня получения необходимых сведений.</w:t>
      </w:r>
    </w:p>
    <w:p w:rsidR="00DE2283" w:rsidRPr="005F6F30" w:rsidRDefault="005F6F30" w:rsidP="005F6F30">
      <w:pPr>
        <w:jc w:val="both"/>
        <w:rPr>
          <w:lang w:val="ru-RU"/>
        </w:rPr>
      </w:pPr>
      <w:r w:rsidRPr="005F6F30">
        <w:rPr>
          <w:lang w:val="ru-RU"/>
        </w:rPr>
        <w:t>Если запрошенные дополнительные сведения не поступили в течение 60 календарных дней со дня направления запроса, ПМПК вправе отказаться от выдачи заключения.</w:t>
      </w:r>
    </w:p>
    <w:p w:rsidR="00DE2283" w:rsidRDefault="005F6F30">
      <w:pPr>
        <w:pStyle w:val="1"/>
      </w:pPr>
      <w:proofErr w:type="spellStart"/>
      <w:r>
        <w:t>Права</w:t>
      </w:r>
      <w:proofErr w:type="spellEnd"/>
      <w:r>
        <w:t xml:space="preserve"> </w:t>
      </w:r>
      <w:proofErr w:type="spellStart"/>
      <w:r>
        <w:t>род</w:t>
      </w:r>
      <w:r>
        <w:t>ителей</w:t>
      </w:r>
      <w:proofErr w:type="spellEnd"/>
      <w:r>
        <w:t xml:space="preserve"> (</w:t>
      </w:r>
      <w:proofErr w:type="spellStart"/>
      <w:r>
        <w:t>законных</w:t>
      </w:r>
      <w:proofErr w:type="spellEnd"/>
      <w:r>
        <w:t xml:space="preserve"> </w:t>
      </w:r>
      <w:proofErr w:type="spellStart"/>
      <w:r>
        <w:t>представителей</w:t>
      </w:r>
      <w:proofErr w:type="spellEnd"/>
      <w:r>
        <w:t>)</w:t>
      </w:r>
    </w:p>
    <w:p w:rsidR="00DE2283" w:rsidRDefault="005F6F30">
      <w:pPr>
        <w:pStyle w:val="a0"/>
      </w:pPr>
      <w:r>
        <w:t>присутствовать при обследовании ребёнка;</w:t>
      </w:r>
    </w:p>
    <w:p w:rsidR="00DE2283" w:rsidRPr="005F6F30" w:rsidRDefault="005F6F30">
      <w:pPr>
        <w:pStyle w:val="a0"/>
        <w:rPr>
          <w:lang w:val="ru-RU"/>
        </w:rPr>
      </w:pPr>
      <w:r w:rsidRPr="005F6F30">
        <w:rPr>
          <w:lang w:val="ru-RU"/>
        </w:rPr>
        <w:t>участвовать в обсуждении результатов обследования;</w:t>
      </w:r>
    </w:p>
    <w:p w:rsidR="00DE2283" w:rsidRPr="005F6F30" w:rsidRDefault="005F6F30">
      <w:pPr>
        <w:pStyle w:val="a0"/>
        <w:rPr>
          <w:lang w:val="ru-RU"/>
        </w:rPr>
      </w:pPr>
      <w:r w:rsidRPr="005F6F30">
        <w:rPr>
          <w:lang w:val="ru-RU"/>
        </w:rPr>
        <w:t>присутствовать при выдаче заключения ПМПК;</w:t>
      </w:r>
    </w:p>
    <w:p w:rsidR="00DE2283" w:rsidRPr="005F6F30" w:rsidRDefault="005F6F30">
      <w:pPr>
        <w:pStyle w:val="a0"/>
        <w:rPr>
          <w:lang w:val="ru-RU"/>
        </w:rPr>
      </w:pPr>
      <w:r w:rsidRPr="005F6F30">
        <w:rPr>
          <w:lang w:val="ru-RU"/>
        </w:rPr>
        <w:t>высказать своё мнение по вопросам обследования и рекомендациям;</w:t>
      </w:r>
    </w:p>
    <w:p w:rsidR="00DE2283" w:rsidRDefault="005F6F30">
      <w:pPr>
        <w:pStyle w:val="a0"/>
      </w:pPr>
      <w:proofErr w:type="spellStart"/>
      <w:r>
        <w:t>получать</w:t>
      </w:r>
      <w:proofErr w:type="spellEnd"/>
      <w:r>
        <w:t xml:space="preserve"> </w:t>
      </w:r>
      <w:proofErr w:type="spellStart"/>
      <w:r>
        <w:t>консультации</w:t>
      </w:r>
      <w:proofErr w:type="spellEnd"/>
      <w:r>
        <w:t xml:space="preserve"> </w:t>
      </w:r>
      <w:proofErr w:type="spellStart"/>
      <w:r>
        <w:t>сп</w:t>
      </w:r>
      <w:r>
        <w:t>ециалистов</w:t>
      </w:r>
      <w:proofErr w:type="spellEnd"/>
      <w:r>
        <w:t xml:space="preserve"> ПМПК;</w:t>
      </w:r>
    </w:p>
    <w:p w:rsidR="00DE2283" w:rsidRDefault="005F6F30">
      <w:pPr>
        <w:pStyle w:val="a0"/>
      </w:pPr>
      <w:r>
        <w:t>получить заключение ПМПК;</w:t>
      </w:r>
    </w:p>
    <w:p w:rsidR="00DE2283" w:rsidRDefault="005F6F30">
      <w:pPr>
        <w:pStyle w:val="a0"/>
      </w:pPr>
      <w:r w:rsidRPr="005F6F30">
        <w:rPr>
          <w:lang w:val="ru-RU"/>
        </w:rPr>
        <w:t xml:space="preserve">обжаловать заключение территориальной ПМПК в </w:t>
      </w:r>
      <w:proofErr w:type="gramStart"/>
      <w:r w:rsidRPr="005F6F30">
        <w:rPr>
          <w:lang w:val="ru-RU"/>
        </w:rPr>
        <w:t>центральную</w:t>
      </w:r>
      <w:proofErr w:type="gramEnd"/>
      <w:r w:rsidRPr="005F6F30">
        <w:rPr>
          <w:lang w:val="ru-RU"/>
        </w:rPr>
        <w:t xml:space="preserve"> </w:t>
      </w:r>
      <w:r>
        <w:t xml:space="preserve">ПМПК в </w:t>
      </w:r>
      <w:proofErr w:type="spellStart"/>
      <w:r>
        <w:t>установленном</w:t>
      </w:r>
      <w:proofErr w:type="spellEnd"/>
      <w:r>
        <w:t xml:space="preserve"> </w:t>
      </w:r>
      <w:proofErr w:type="spellStart"/>
      <w:r>
        <w:t>порядке</w:t>
      </w:r>
      <w:proofErr w:type="spellEnd"/>
      <w:r>
        <w:t>.</w:t>
      </w:r>
    </w:p>
    <w:p w:rsidR="00DE2283" w:rsidRPr="005F6F30" w:rsidRDefault="005F6F30">
      <w:pPr>
        <w:pStyle w:val="1"/>
        <w:rPr>
          <w:lang w:val="ru-RU"/>
        </w:rPr>
      </w:pPr>
      <w:r w:rsidRPr="005F6F30">
        <w:rPr>
          <w:lang w:val="ru-RU"/>
        </w:rPr>
        <w:t>Что происходит после получения заключения ПМПК?</w:t>
      </w:r>
    </w:p>
    <w:p w:rsidR="00DE2283" w:rsidRPr="005F6F30" w:rsidRDefault="005F6F30" w:rsidP="005F6F30">
      <w:pPr>
        <w:jc w:val="both"/>
        <w:rPr>
          <w:lang w:val="ru-RU"/>
        </w:rPr>
      </w:pPr>
      <w:r w:rsidRPr="005F6F30">
        <w:rPr>
          <w:lang w:val="ru-RU"/>
        </w:rPr>
        <w:t>Заключение ПМПК содержит рекомендации по организации обучения и воспитания реб</w:t>
      </w:r>
      <w:r w:rsidRPr="005F6F30">
        <w:rPr>
          <w:lang w:val="ru-RU"/>
        </w:rPr>
        <w:t>ёнка и созданию необходимых специальных образовательных условий.</w:t>
      </w:r>
    </w:p>
    <w:p w:rsidR="00DE2283" w:rsidRPr="005F6F30" w:rsidRDefault="005F6F30" w:rsidP="005F6F30">
      <w:pPr>
        <w:jc w:val="both"/>
        <w:rPr>
          <w:lang w:val="ru-RU"/>
        </w:rPr>
      </w:pPr>
      <w:r w:rsidRPr="005F6F30">
        <w:rPr>
          <w:lang w:val="ru-RU"/>
        </w:rPr>
        <w:t>Для родителей (законных представителей) заключение ПМПК носит рекомендательный характер.</w:t>
      </w:r>
    </w:p>
    <w:p w:rsidR="00DE2283" w:rsidRPr="005F6F30" w:rsidRDefault="005F6F30" w:rsidP="005F6F30">
      <w:pPr>
        <w:jc w:val="both"/>
        <w:rPr>
          <w:lang w:val="ru-RU"/>
        </w:rPr>
      </w:pPr>
      <w:r w:rsidRPr="005F6F30">
        <w:rPr>
          <w:lang w:val="ru-RU"/>
        </w:rPr>
        <w:t>Представленное родителем заключение является основанием для образовательных организаций и соответствую</w:t>
      </w:r>
      <w:r w:rsidRPr="005F6F30">
        <w:rPr>
          <w:lang w:val="ru-RU"/>
        </w:rPr>
        <w:t>щих органов для создания предусмотренных законодательством специальных условий, а в установленных случаях — условий для ГИА и индивидуальной профилактической работы.</w:t>
      </w:r>
    </w:p>
    <w:p w:rsidR="00DE2283" w:rsidRPr="005F6F30" w:rsidRDefault="005F6F30" w:rsidP="005F6F30">
      <w:pPr>
        <w:jc w:val="both"/>
        <w:rPr>
          <w:lang w:val="ru-RU"/>
        </w:rPr>
      </w:pPr>
      <w:r w:rsidRPr="005F6F30">
        <w:rPr>
          <w:lang w:val="ru-RU"/>
        </w:rPr>
        <w:t>Заключение действительно для представления в соответствующие органы и организации в течени</w:t>
      </w:r>
      <w:r w:rsidRPr="005F6F30">
        <w:rPr>
          <w:lang w:val="ru-RU"/>
        </w:rPr>
        <w:t>е одного календарного года со дня его подписания.</w:t>
      </w:r>
    </w:p>
    <w:p w:rsidR="00DE2283" w:rsidRPr="005F6F30" w:rsidRDefault="005F6F30">
      <w:pPr>
        <w:pStyle w:val="1"/>
        <w:rPr>
          <w:lang w:val="ru-RU"/>
        </w:rPr>
      </w:pPr>
      <w:r w:rsidRPr="005F6F30">
        <w:rPr>
          <w:lang w:val="ru-RU"/>
        </w:rPr>
        <w:lastRenderedPageBreak/>
        <w:t>Режим работы территориальной ПМПК АГО</w:t>
      </w:r>
    </w:p>
    <w:p w:rsidR="00DE2283" w:rsidRPr="005F6F30" w:rsidRDefault="005F6F30">
      <w:pPr>
        <w:rPr>
          <w:lang w:val="ru-RU"/>
        </w:rPr>
      </w:pPr>
      <w:r w:rsidRPr="005F6F30">
        <w:rPr>
          <w:b/>
          <w:lang w:val="ru-RU"/>
        </w:rPr>
        <w:t>ПРИЁМ ДОКУМЕНТОВ И ПРЕДВАРИТЕЛЬНАЯ ЗАПИСЬ</w:t>
      </w:r>
    </w:p>
    <w:p w:rsidR="00DE2283" w:rsidRPr="005F6F30" w:rsidRDefault="005F6F30">
      <w:pPr>
        <w:rPr>
          <w:lang w:val="ru-RU"/>
        </w:rPr>
      </w:pPr>
      <w:r w:rsidRPr="005F6F30">
        <w:rPr>
          <w:lang w:val="ru-RU"/>
        </w:rPr>
        <w:t>Понедельник, четверг, пятница — 12:00–15:00</w:t>
      </w:r>
    </w:p>
    <w:p w:rsidR="00DE2283" w:rsidRPr="005F6F30" w:rsidRDefault="005F6F30">
      <w:pPr>
        <w:rPr>
          <w:lang w:val="ru-RU"/>
        </w:rPr>
      </w:pPr>
      <w:r w:rsidRPr="005F6F30">
        <w:rPr>
          <w:lang w:val="ru-RU"/>
        </w:rPr>
        <w:t>Телефон: +7 914 684-22-38</w:t>
      </w:r>
    </w:p>
    <w:p w:rsidR="00DE2283" w:rsidRPr="005F6F30" w:rsidRDefault="005F6F30">
      <w:pPr>
        <w:rPr>
          <w:lang w:val="ru-RU"/>
        </w:rPr>
      </w:pPr>
      <w:r w:rsidRPr="005F6F30">
        <w:rPr>
          <w:lang w:val="ru-RU"/>
        </w:rPr>
        <w:t>Запись — при личном обращении родителей (законных предст</w:t>
      </w:r>
      <w:r w:rsidRPr="005F6F30">
        <w:rPr>
          <w:lang w:val="ru-RU"/>
        </w:rPr>
        <w:t>авителей).</w:t>
      </w:r>
    </w:p>
    <w:p w:rsidR="00DE2283" w:rsidRPr="005F6F30" w:rsidRDefault="005F6F30">
      <w:pPr>
        <w:rPr>
          <w:lang w:val="ru-RU"/>
        </w:rPr>
      </w:pPr>
      <w:r w:rsidRPr="005F6F30">
        <w:rPr>
          <w:b/>
          <w:lang w:val="ru-RU"/>
        </w:rPr>
        <w:t>ЗАСЕДАНИЯ КОМИССИИ И ОБСЛЕДОВАНИЕ ДЕТЕЙ</w:t>
      </w:r>
    </w:p>
    <w:p w:rsidR="00DE2283" w:rsidRPr="005F6F30" w:rsidRDefault="005F6F30">
      <w:pPr>
        <w:rPr>
          <w:lang w:val="ru-RU"/>
        </w:rPr>
      </w:pPr>
      <w:r w:rsidRPr="005F6F30">
        <w:rPr>
          <w:lang w:val="ru-RU"/>
        </w:rPr>
        <w:t>Вторник — 14:00–18:00</w:t>
      </w:r>
    </w:p>
    <w:p w:rsidR="00DE2283" w:rsidRPr="005F6F30" w:rsidRDefault="005F6F30" w:rsidP="005F6F30">
      <w:pPr>
        <w:jc w:val="both"/>
        <w:rPr>
          <w:lang w:val="ru-RU"/>
        </w:rPr>
      </w:pPr>
      <w:r w:rsidRPr="005F6F30">
        <w:rPr>
          <w:lang w:val="ru-RU"/>
        </w:rPr>
        <w:t xml:space="preserve">Адрес: </w:t>
      </w:r>
      <w:proofErr w:type="gramStart"/>
      <w:r w:rsidRPr="005F6F30">
        <w:rPr>
          <w:lang w:val="ru-RU"/>
        </w:rPr>
        <w:t>г</w:t>
      </w:r>
      <w:proofErr w:type="gramEnd"/>
      <w:r w:rsidRPr="005F6F30">
        <w:rPr>
          <w:lang w:val="ru-RU"/>
        </w:rPr>
        <w:t>. Арсеньев, ул. Садовая, д. 17а, здание детского сада № 9 «Ёлочка». Отдельный вход — слева от главного входа.</w:t>
      </w:r>
    </w:p>
    <w:p w:rsidR="00DE2283" w:rsidRPr="005F6F30" w:rsidRDefault="005F6F30">
      <w:pPr>
        <w:rPr>
          <w:lang w:val="ru-RU"/>
        </w:rPr>
      </w:pPr>
      <w:r w:rsidRPr="005F6F30">
        <w:rPr>
          <w:b/>
          <w:lang w:val="ru-RU"/>
        </w:rPr>
        <w:t>КОНСУЛЬТИРОВАНИЕ</w:t>
      </w:r>
    </w:p>
    <w:p w:rsidR="00DE2283" w:rsidRPr="005F6F30" w:rsidRDefault="005F6F30" w:rsidP="005F6F30">
      <w:pPr>
        <w:jc w:val="both"/>
        <w:rPr>
          <w:lang w:val="ru-RU"/>
        </w:rPr>
      </w:pPr>
      <w:r w:rsidRPr="005F6F30">
        <w:rPr>
          <w:lang w:val="ru-RU"/>
        </w:rPr>
        <w:t>Понедельник — 15:00–16:00. Консультирование роди</w:t>
      </w:r>
      <w:r w:rsidRPr="005F6F30">
        <w:rPr>
          <w:lang w:val="ru-RU"/>
        </w:rPr>
        <w:t>телей и педагогов по вопросам деятельности ТПМПК.</w:t>
      </w:r>
    </w:p>
    <w:p w:rsidR="00DE2283" w:rsidRDefault="005F6F30">
      <w:r>
        <w:rPr>
          <w:b/>
        </w:rPr>
        <w:t>ОБЩИЙ РЕЖИМ РАБОТЫ</w:t>
      </w:r>
    </w:p>
    <w:p w:rsidR="00DE2283" w:rsidRDefault="005F6F30">
      <w:pPr>
        <w:pStyle w:val="a0"/>
      </w:pPr>
      <w:r>
        <w:t>Понедельник: 12:00–16:00</w:t>
      </w:r>
    </w:p>
    <w:p w:rsidR="00DE2283" w:rsidRDefault="005F6F30">
      <w:pPr>
        <w:pStyle w:val="a0"/>
      </w:pPr>
      <w:r>
        <w:t>Вторник: 12:30–18:30</w:t>
      </w:r>
    </w:p>
    <w:p w:rsidR="00DE2283" w:rsidRDefault="005F6F30">
      <w:pPr>
        <w:pStyle w:val="a0"/>
      </w:pPr>
      <w:r>
        <w:t>Среда: 12:00–16:00</w:t>
      </w:r>
    </w:p>
    <w:p w:rsidR="00DE2283" w:rsidRDefault="005F6F30">
      <w:pPr>
        <w:pStyle w:val="a0"/>
      </w:pPr>
      <w:r>
        <w:t>Четверг: 12:00–15:00</w:t>
      </w:r>
    </w:p>
    <w:p w:rsidR="00DE2283" w:rsidRDefault="005F6F30">
      <w:pPr>
        <w:pStyle w:val="a0"/>
      </w:pPr>
      <w:r>
        <w:t>Пятница: 12:00–15:00</w:t>
      </w:r>
    </w:p>
    <w:p w:rsidR="00DE2283" w:rsidRPr="005F6F30" w:rsidRDefault="005F6F30">
      <w:pPr>
        <w:pStyle w:val="a0"/>
        <w:rPr>
          <w:lang w:val="ru-RU"/>
        </w:rPr>
      </w:pPr>
      <w:r w:rsidRPr="005F6F30">
        <w:rPr>
          <w:lang w:val="ru-RU"/>
        </w:rPr>
        <w:t>Выходные дни: суббота, воскресенье, праздничные дни.</w:t>
      </w:r>
    </w:p>
    <w:p w:rsidR="00DE2283" w:rsidRPr="005F6F30" w:rsidRDefault="005F6F30">
      <w:pPr>
        <w:pStyle w:val="1"/>
        <w:rPr>
          <w:lang w:val="ru-RU"/>
        </w:rPr>
      </w:pPr>
      <w:r w:rsidRPr="005F6F30">
        <w:rPr>
          <w:lang w:val="ru-RU"/>
        </w:rPr>
        <w:t>Выездные заседания</w:t>
      </w:r>
    </w:p>
    <w:p w:rsidR="00DE2283" w:rsidRPr="005F6F30" w:rsidRDefault="005F6F30" w:rsidP="005F6F30">
      <w:pPr>
        <w:jc w:val="both"/>
        <w:rPr>
          <w:lang w:val="ru-RU"/>
        </w:rPr>
      </w:pPr>
      <w:r w:rsidRPr="005F6F30">
        <w:rPr>
          <w:lang w:val="ru-RU"/>
        </w:rPr>
        <w:t>Выездные</w:t>
      </w:r>
      <w:r w:rsidRPr="005F6F30">
        <w:rPr>
          <w:lang w:val="ru-RU"/>
        </w:rPr>
        <w:t xml:space="preserve"> заседания ТПМПК проводятся по отдельному графику, утверждённому руководителем ТПМПК, при наличии заявок от образовательных организаций города.</w:t>
      </w:r>
    </w:p>
    <w:p w:rsidR="00DE2283" w:rsidRPr="005F6F30" w:rsidRDefault="005F6F30">
      <w:pPr>
        <w:pStyle w:val="1"/>
        <w:rPr>
          <w:lang w:val="ru-RU"/>
        </w:rPr>
      </w:pPr>
      <w:r w:rsidRPr="005F6F30">
        <w:rPr>
          <w:lang w:val="ru-RU"/>
        </w:rPr>
        <w:t>Особенности работы в летний период</w:t>
      </w:r>
    </w:p>
    <w:p w:rsidR="00DE2283" w:rsidRPr="005F6F30" w:rsidRDefault="005F6F30" w:rsidP="005F6F30">
      <w:pPr>
        <w:jc w:val="both"/>
        <w:rPr>
          <w:lang w:val="ru-RU"/>
        </w:rPr>
      </w:pPr>
      <w:r w:rsidRPr="005F6F30">
        <w:rPr>
          <w:lang w:val="ru-RU"/>
        </w:rPr>
        <w:t>1–30 июня. Заседания комиссии: вторник, 14:00–17:00. Приём документов и консу</w:t>
      </w:r>
      <w:r w:rsidRPr="005F6F30">
        <w:rPr>
          <w:lang w:val="ru-RU"/>
        </w:rPr>
        <w:t>льтирование — в обычном режиме.</w:t>
      </w:r>
    </w:p>
    <w:p w:rsidR="00DE2283" w:rsidRPr="005F6F30" w:rsidRDefault="005F6F30">
      <w:pPr>
        <w:rPr>
          <w:lang w:val="ru-RU"/>
        </w:rPr>
      </w:pPr>
      <w:r w:rsidRPr="005F6F30">
        <w:rPr>
          <w:lang w:val="ru-RU"/>
        </w:rPr>
        <w:t>1 июля – 1 сентября. Плановые заседания комиссии и обследование детей приостанавливаются.</w:t>
      </w:r>
    </w:p>
    <w:p w:rsidR="00DE2283" w:rsidRPr="005F6F30" w:rsidRDefault="005F6F30" w:rsidP="005F6F30">
      <w:pPr>
        <w:jc w:val="both"/>
        <w:rPr>
          <w:lang w:val="ru-RU"/>
        </w:rPr>
      </w:pPr>
      <w:r w:rsidRPr="005F6F30">
        <w:rPr>
          <w:lang w:val="ru-RU"/>
        </w:rPr>
        <w:t>С 20 августа. Приём документов для формирования очереди на новый учебный год и консультирование граждан: вторник, 09:00–12:00. Плановы</w:t>
      </w:r>
      <w:r w:rsidRPr="005F6F30">
        <w:rPr>
          <w:lang w:val="ru-RU"/>
        </w:rPr>
        <w:t>е обследования до 1 сентября не проводятся.</w:t>
      </w:r>
    </w:p>
    <w:p w:rsidR="00DE2283" w:rsidRPr="005F6F30" w:rsidRDefault="005F6F30">
      <w:pPr>
        <w:rPr>
          <w:lang w:val="ru-RU"/>
        </w:rPr>
      </w:pPr>
      <w:r w:rsidRPr="005F6F30">
        <w:rPr>
          <w:lang w:val="ru-RU"/>
        </w:rPr>
        <w:t>1–15 сентября. Работа комиссии возобновляется в полном объёме.</w:t>
      </w:r>
    </w:p>
    <w:p w:rsidR="00DE2283" w:rsidRPr="005F6F30" w:rsidRDefault="005F6F30">
      <w:pPr>
        <w:pStyle w:val="1"/>
        <w:rPr>
          <w:lang w:val="ru-RU"/>
        </w:rPr>
      </w:pPr>
      <w:r w:rsidRPr="005F6F30">
        <w:rPr>
          <w:lang w:val="ru-RU"/>
        </w:rPr>
        <w:lastRenderedPageBreak/>
        <w:t>Работа в каникулярный период</w:t>
      </w:r>
    </w:p>
    <w:p w:rsidR="00DE2283" w:rsidRPr="005F6F30" w:rsidRDefault="005F6F30" w:rsidP="005F6F30">
      <w:pPr>
        <w:jc w:val="both"/>
        <w:rPr>
          <w:lang w:val="ru-RU"/>
        </w:rPr>
      </w:pPr>
      <w:r w:rsidRPr="005F6F30">
        <w:rPr>
          <w:lang w:val="ru-RU"/>
        </w:rPr>
        <w:t>Во время осенних, зимних и весенних каникул заседания ТПМПК по обследованию детей не проводятся. Приём документов, выдач</w:t>
      </w:r>
      <w:r w:rsidRPr="005F6F30">
        <w:rPr>
          <w:lang w:val="ru-RU"/>
        </w:rPr>
        <w:t>а дубликатов заключений и консультирование родителей осуществляются по стандартному графику ТПМПК.</w:t>
      </w:r>
    </w:p>
    <w:p w:rsidR="00DE2283" w:rsidRPr="005F6F30" w:rsidRDefault="005F6F30">
      <w:pPr>
        <w:pStyle w:val="1"/>
        <w:rPr>
          <w:lang w:val="ru-RU"/>
        </w:rPr>
      </w:pPr>
      <w:r w:rsidRPr="005F6F30">
        <w:rPr>
          <w:lang w:val="ru-RU"/>
        </w:rPr>
        <w:t>Важно знать</w:t>
      </w:r>
    </w:p>
    <w:p w:rsidR="00DE2283" w:rsidRPr="005F6F30" w:rsidRDefault="005F6F30">
      <w:pPr>
        <w:rPr>
          <w:lang w:val="ru-RU"/>
        </w:rPr>
      </w:pPr>
      <w:r w:rsidRPr="005F6F30">
        <w:rPr>
          <w:lang w:val="ru-RU"/>
        </w:rPr>
        <w:t>ПМПК не заменяет медицинскую организацию и не осуществляет лечение ребёнка.</w:t>
      </w:r>
    </w:p>
    <w:p w:rsidR="00DE2283" w:rsidRPr="005F6F30" w:rsidRDefault="005F6F30" w:rsidP="005F6F30">
      <w:pPr>
        <w:jc w:val="both"/>
        <w:rPr>
          <w:lang w:val="ru-RU"/>
        </w:rPr>
      </w:pPr>
      <w:r w:rsidRPr="005F6F30">
        <w:rPr>
          <w:lang w:val="ru-RU"/>
        </w:rPr>
        <w:t xml:space="preserve">ПМПК проводит комплексное </w:t>
      </w:r>
      <w:proofErr w:type="spellStart"/>
      <w:r w:rsidRPr="005F6F30">
        <w:rPr>
          <w:lang w:val="ru-RU"/>
        </w:rPr>
        <w:t>психолого-медико-педагогическое</w:t>
      </w:r>
      <w:proofErr w:type="spellEnd"/>
      <w:r w:rsidRPr="005F6F30">
        <w:rPr>
          <w:lang w:val="ru-RU"/>
        </w:rPr>
        <w:t xml:space="preserve"> </w:t>
      </w:r>
      <w:r w:rsidRPr="005F6F30">
        <w:rPr>
          <w:lang w:val="ru-RU"/>
        </w:rPr>
        <w:t>обследование и готовит рекомендации по организации обучения и воспитания.</w:t>
      </w:r>
    </w:p>
    <w:p w:rsidR="00DE2283" w:rsidRPr="005F6F30" w:rsidRDefault="005F6F30" w:rsidP="005F6F30">
      <w:pPr>
        <w:jc w:val="both"/>
        <w:rPr>
          <w:lang w:val="ru-RU"/>
        </w:rPr>
      </w:pPr>
      <w:r w:rsidRPr="005F6F30">
        <w:rPr>
          <w:lang w:val="ru-RU"/>
        </w:rPr>
        <w:t>Образовательная организация обеспечивает образовательный процесс и создаёт необходимые условия с учётом рекомендаций ПМПК в соответствии с законодательством Российской Федерации.</w:t>
      </w:r>
    </w:p>
    <w:p w:rsidR="00DE2283" w:rsidRPr="005F6F30" w:rsidRDefault="005F6F30">
      <w:pPr>
        <w:pStyle w:val="1"/>
        <w:rPr>
          <w:lang w:val="ru-RU"/>
        </w:rPr>
      </w:pPr>
      <w:r w:rsidRPr="005F6F30">
        <w:rPr>
          <w:lang w:val="ru-RU"/>
        </w:rPr>
        <w:t>Кон</w:t>
      </w:r>
      <w:r w:rsidRPr="005F6F30">
        <w:rPr>
          <w:lang w:val="ru-RU"/>
        </w:rPr>
        <w:t>фиденциальность</w:t>
      </w:r>
    </w:p>
    <w:p w:rsidR="00DE2283" w:rsidRPr="005F6F30" w:rsidRDefault="005F6F30" w:rsidP="005F6F30">
      <w:pPr>
        <w:jc w:val="both"/>
        <w:rPr>
          <w:lang w:val="ru-RU"/>
        </w:rPr>
      </w:pPr>
      <w:r w:rsidRPr="005F6F30">
        <w:rPr>
          <w:lang w:val="ru-RU"/>
        </w:rPr>
        <w:t>Информация о проведённом обследовании, его результатах и иные сведения, связанные с обследованием ребёнка, являются конфиденциальными. Распространение такой информации осуществляется с соблюдением требований законодательства Российской Феде</w:t>
      </w:r>
      <w:r w:rsidRPr="005F6F30">
        <w:rPr>
          <w:lang w:val="ru-RU"/>
        </w:rPr>
        <w:t>рации.</w:t>
      </w:r>
    </w:p>
    <w:p w:rsidR="00DE2283" w:rsidRPr="005F6F30" w:rsidRDefault="005F6F30">
      <w:pPr>
        <w:pStyle w:val="1"/>
        <w:rPr>
          <w:lang w:val="ru-RU"/>
        </w:rPr>
      </w:pPr>
      <w:r w:rsidRPr="005F6F30">
        <w:rPr>
          <w:lang w:val="ru-RU"/>
        </w:rPr>
        <w:t>Нормативные документы</w:t>
      </w:r>
    </w:p>
    <w:p w:rsidR="00DE2283" w:rsidRPr="005F6F30" w:rsidRDefault="005F6F30" w:rsidP="005F6F30">
      <w:pPr>
        <w:jc w:val="both"/>
        <w:rPr>
          <w:lang w:val="ru-RU"/>
        </w:rPr>
      </w:pPr>
      <w:r w:rsidRPr="005F6F30">
        <w:rPr>
          <w:lang w:val="ru-RU"/>
        </w:rPr>
        <w:t xml:space="preserve">Приказ </w:t>
      </w:r>
      <w:proofErr w:type="spellStart"/>
      <w:r w:rsidRPr="005F6F30">
        <w:rPr>
          <w:lang w:val="ru-RU"/>
        </w:rPr>
        <w:t>Минпросвещения</w:t>
      </w:r>
      <w:proofErr w:type="spellEnd"/>
      <w:r w:rsidRPr="005F6F30">
        <w:rPr>
          <w:lang w:val="ru-RU"/>
        </w:rPr>
        <w:t xml:space="preserve"> России от 01.11.2024 № 763 «Об утверждении Положения о </w:t>
      </w:r>
      <w:proofErr w:type="spellStart"/>
      <w:r w:rsidRPr="005F6F30">
        <w:rPr>
          <w:lang w:val="ru-RU"/>
        </w:rPr>
        <w:t>психолого-медико-педагогической</w:t>
      </w:r>
      <w:proofErr w:type="spellEnd"/>
      <w:r w:rsidRPr="005F6F30">
        <w:rPr>
          <w:lang w:val="ru-RU"/>
        </w:rPr>
        <w:t xml:space="preserve"> комиссии» в действующей редакции с изменениями, внесёнными приказом </w:t>
      </w:r>
      <w:proofErr w:type="spellStart"/>
      <w:r w:rsidRPr="005F6F30">
        <w:rPr>
          <w:lang w:val="ru-RU"/>
        </w:rPr>
        <w:t>Минпросвещения</w:t>
      </w:r>
      <w:proofErr w:type="spellEnd"/>
      <w:r w:rsidRPr="005F6F30">
        <w:rPr>
          <w:lang w:val="ru-RU"/>
        </w:rPr>
        <w:t xml:space="preserve"> России от 16.01.2026 № 16.</w:t>
      </w:r>
    </w:p>
    <w:p w:rsidR="00DE2283" w:rsidRPr="005F6F30" w:rsidRDefault="005F6F30">
      <w:pPr>
        <w:rPr>
          <w:lang w:val="ru-RU"/>
        </w:rPr>
      </w:pPr>
      <w:r w:rsidRPr="005F6F30">
        <w:rPr>
          <w:lang w:val="ru-RU"/>
        </w:rPr>
        <w:t>Официаль</w:t>
      </w:r>
      <w:r w:rsidRPr="005F6F30">
        <w:rPr>
          <w:lang w:val="ru-RU"/>
        </w:rPr>
        <w:t xml:space="preserve">ное опубликование приказа № 763: </w:t>
      </w:r>
      <w:r>
        <w:t>https</w:t>
      </w:r>
      <w:r w:rsidRPr="005F6F30">
        <w:rPr>
          <w:lang w:val="ru-RU"/>
        </w:rPr>
        <w:t>://</w:t>
      </w:r>
      <w:r>
        <w:t>publication</w:t>
      </w:r>
      <w:r w:rsidRPr="005F6F30">
        <w:rPr>
          <w:lang w:val="ru-RU"/>
        </w:rPr>
        <w:t>.</w:t>
      </w:r>
      <w:proofErr w:type="spellStart"/>
      <w:r>
        <w:t>pravo</w:t>
      </w:r>
      <w:proofErr w:type="spellEnd"/>
      <w:r w:rsidRPr="005F6F30">
        <w:rPr>
          <w:lang w:val="ru-RU"/>
        </w:rPr>
        <w:t>.</w:t>
      </w:r>
      <w:proofErr w:type="spellStart"/>
      <w:r>
        <w:t>gov</w:t>
      </w:r>
      <w:proofErr w:type="spellEnd"/>
      <w:r w:rsidRPr="005F6F30">
        <w:rPr>
          <w:lang w:val="ru-RU"/>
        </w:rPr>
        <w:t>.</w:t>
      </w:r>
      <w:proofErr w:type="spellStart"/>
      <w:r>
        <w:t>ru</w:t>
      </w:r>
      <w:proofErr w:type="spellEnd"/>
      <w:r w:rsidRPr="005F6F30">
        <w:rPr>
          <w:lang w:val="ru-RU"/>
        </w:rPr>
        <w:t>/</w:t>
      </w:r>
      <w:r>
        <w:t>document</w:t>
      </w:r>
      <w:r w:rsidRPr="005F6F30">
        <w:rPr>
          <w:lang w:val="ru-RU"/>
        </w:rPr>
        <w:t>/0001202411200013</w:t>
      </w:r>
    </w:p>
    <w:p w:rsidR="00DE2283" w:rsidRPr="005F6F30" w:rsidRDefault="005F6F30" w:rsidP="005F6F30">
      <w:pPr>
        <w:rPr>
          <w:lang w:val="ru-RU"/>
        </w:rPr>
      </w:pPr>
      <w:r w:rsidRPr="005F6F30">
        <w:rPr>
          <w:lang w:val="ru-RU"/>
        </w:rPr>
        <w:t xml:space="preserve">Официальное опубликование приказа № 16: </w:t>
      </w:r>
      <w:r>
        <w:t>https</w:t>
      </w:r>
      <w:r w:rsidRPr="005F6F30">
        <w:rPr>
          <w:lang w:val="ru-RU"/>
        </w:rPr>
        <w:t>://</w:t>
      </w:r>
      <w:r>
        <w:t>publication</w:t>
      </w:r>
      <w:r w:rsidRPr="005F6F30">
        <w:rPr>
          <w:lang w:val="ru-RU"/>
        </w:rPr>
        <w:t>.</w:t>
      </w:r>
      <w:proofErr w:type="spellStart"/>
      <w:r>
        <w:t>pravo</w:t>
      </w:r>
      <w:proofErr w:type="spellEnd"/>
      <w:r w:rsidRPr="005F6F30">
        <w:rPr>
          <w:lang w:val="ru-RU"/>
        </w:rPr>
        <w:t>.</w:t>
      </w:r>
      <w:proofErr w:type="spellStart"/>
      <w:r>
        <w:t>gov</w:t>
      </w:r>
      <w:proofErr w:type="spellEnd"/>
      <w:r w:rsidRPr="005F6F30">
        <w:rPr>
          <w:lang w:val="ru-RU"/>
        </w:rPr>
        <w:t>.</w:t>
      </w:r>
      <w:proofErr w:type="spellStart"/>
      <w:r>
        <w:t>ru</w:t>
      </w:r>
      <w:proofErr w:type="spellEnd"/>
      <w:r w:rsidRPr="005F6F30">
        <w:rPr>
          <w:lang w:val="ru-RU"/>
        </w:rPr>
        <w:t>/</w:t>
      </w:r>
      <w:r>
        <w:t>document</w:t>
      </w:r>
      <w:r w:rsidRPr="005F6F30">
        <w:rPr>
          <w:lang w:val="ru-RU"/>
        </w:rPr>
        <w:t>/0001202602190005</w:t>
      </w:r>
    </w:p>
    <w:p w:rsidR="00DE2283" w:rsidRPr="005F6F30" w:rsidRDefault="005F6F30" w:rsidP="005F6F30">
      <w:pPr>
        <w:jc w:val="both"/>
        <w:rPr>
          <w:lang w:val="ru-RU"/>
        </w:rPr>
      </w:pPr>
      <w:r w:rsidRPr="005F6F30">
        <w:rPr>
          <w:lang w:val="ru-RU"/>
        </w:rPr>
        <w:t>Федеральный закон от 29.12.2012 № 273-ФЗ «Об образовании в Россий</w:t>
      </w:r>
      <w:r w:rsidRPr="005F6F30">
        <w:rPr>
          <w:lang w:val="ru-RU"/>
        </w:rPr>
        <w:t xml:space="preserve">ской Федерации»: </w:t>
      </w:r>
      <w:r>
        <w:t>https</w:t>
      </w:r>
      <w:r w:rsidRPr="005F6F30">
        <w:rPr>
          <w:lang w:val="ru-RU"/>
        </w:rPr>
        <w:t>://</w:t>
      </w:r>
      <w:r>
        <w:t>publication</w:t>
      </w:r>
      <w:r w:rsidRPr="005F6F30">
        <w:rPr>
          <w:lang w:val="ru-RU"/>
        </w:rPr>
        <w:t>.</w:t>
      </w:r>
      <w:proofErr w:type="spellStart"/>
      <w:r>
        <w:t>pravo</w:t>
      </w:r>
      <w:proofErr w:type="spellEnd"/>
      <w:r w:rsidRPr="005F6F30">
        <w:rPr>
          <w:lang w:val="ru-RU"/>
        </w:rPr>
        <w:t>.</w:t>
      </w:r>
      <w:proofErr w:type="spellStart"/>
      <w:r>
        <w:t>gov</w:t>
      </w:r>
      <w:proofErr w:type="spellEnd"/>
      <w:r w:rsidRPr="005F6F30">
        <w:rPr>
          <w:lang w:val="ru-RU"/>
        </w:rPr>
        <w:t>.</w:t>
      </w:r>
      <w:proofErr w:type="spellStart"/>
      <w:r>
        <w:t>ru</w:t>
      </w:r>
      <w:proofErr w:type="spellEnd"/>
      <w:r w:rsidRPr="005F6F30">
        <w:rPr>
          <w:lang w:val="ru-RU"/>
        </w:rPr>
        <w:t>/</w:t>
      </w:r>
      <w:r>
        <w:t>document</w:t>
      </w:r>
      <w:r w:rsidRPr="005F6F30">
        <w:rPr>
          <w:lang w:val="ru-RU"/>
        </w:rPr>
        <w:t>/0001201212300007</w:t>
      </w:r>
    </w:p>
    <w:p w:rsidR="00DE2283" w:rsidRPr="005F6F30" w:rsidRDefault="005F6F30">
      <w:pPr>
        <w:rPr>
          <w:lang w:val="ru-RU"/>
        </w:rPr>
      </w:pPr>
      <w:r w:rsidRPr="005F6F30">
        <w:rPr>
          <w:lang w:val="ru-RU"/>
        </w:rPr>
        <w:t xml:space="preserve">Федеральный закон от 27.07.2006 № 152-ФЗ «О персональных данных»: </w:t>
      </w:r>
      <w:r>
        <w:t>https</w:t>
      </w:r>
      <w:r w:rsidRPr="005F6F30">
        <w:rPr>
          <w:lang w:val="ru-RU"/>
        </w:rPr>
        <w:t>://</w:t>
      </w:r>
      <w:proofErr w:type="spellStart"/>
      <w:r>
        <w:t>pravo</w:t>
      </w:r>
      <w:proofErr w:type="spellEnd"/>
      <w:r w:rsidRPr="005F6F30">
        <w:rPr>
          <w:lang w:val="ru-RU"/>
        </w:rPr>
        <w:t>.</w:t>
      </w:r>
      <w:proofErr w:type="spellStart"/>
      <w:r>
        <w:t>gov</w:t>
      </w:r>
      <w:proofErr w:type="spellEnd"/>
      <w:r w:rsidRPr="005F6F30">
        <w:rPr>
          <w:lang w:val="ru-RU"/>
        </w:rPr>
        <w:t>.</w:t>
      </w:r>
      <w:proofErr w:type="spellStart"/>
      <w:r>
        <w:t>ru</w:t>
      </w:r>
      <w:proofErr w:type="spellEnd"/>
      <w:r w:rsidRPr="005F6F30">
        <w:rPr>
          <w:lang w:val="ru-RU"/>
        </w:rPr>
        <w:t>/</w:t>
      </w:r>
      <w:r>
        <w:t>proxy</w:t>
      </w:r>
      <w:r w:rsidRPr="005F6F30">
        <w:rPr>
          <w:lang w:val="ru-RU"/>
        </w:rPr>
        <w:t>/</w:t>
      </w:r>
      <w:proofErr w:type="spellStart"/>
      <w:r>
        <w:t>ips</w:t>
      </w:r>
      <w:proofErr w:type="spellEnd"/>
      <w:r w:rsidRPr="005F6F30">
        <w:rPr>
          <w:lang w:val="ru-RU"/>
        </w:rPr>
        <w:t>/?</w:t>
      </w:r>
      <w:proofErr w:type="spellStart"/>
      <w:r>
        <w:t>docbody</w:t>
      </w:r>
      <w:proofErr w:type="spellEnd"/>
      <w:r w:rsidRPr="005F6F30">
        <w:rPr>
          <w:lang w:val="ru-RU"/>
        </w:rPr>
        <w:t>=&amp;</w:t>
      </w:r>
      <w:proofErr w:type="spellStart"/>
      <w:r>
        <w:t>nd</w:t>
      </w:r>
      <w:proofErr w:type="spellEnd"/>
      <w:r w:rsidRPr="005F6F30">
        <w:rPr>
          <w:lang w:val="ru-RU"/>
        </w:rPr>
        <w:t>=102108261</w:t>
      </w:r>
    </w:p>
    <w:p w:rsidR="00DE2283" w:rsidRDefault="005F6F30">
      <w:r>
        <w:rPr>
          <w:b/>
        </w:rPr>
        <w:t>Рекомендуемые формы документов ПМПК:</w:t>
      </w:r>
    </w:p>
    <w:p w:rsidR="00DE2283" w:rsidRPr="005F6F30" w:rsidRDefault="005F6F30">
      <w:pPr>
        <w:pStyle w:val="a0"/>
        <w:rPr>
          <w:lang w:val="ru-RU"/>
        </w:rPr>
      </w:pPr>
      <w:r w:rsidRPr="005F6F30">
        <w:rPr>
          <w:lang w:val="ru-RU"/>
        </w:rPr>
        <w:t xml:space="preserve">заявление о проведении </w:t>
      </w:r>
      <w:r w:rsidRPr="005F6F30">
        <w:rPr>
          <w:lang w:val="ru-RU"/>
        </w:rPr>
        <w:t>обследования в ПМПК;</w:t>
      </w:r>
    </w:p>
    <w:p w:rsidR="00DE2283" w:rsidRDefault="005F6F30">
      <w:pPr>
        <w:pStyle w:val="a0"/>
      </w:pPr>
      <w:proofErr w:type="spellStart"/>
      <w:r>
        <w:t>представление</w:t>
      </w:r>
      <w:proofErr w:type="spellEnd"/>
      <w:r>
        <w:t xml:space="preserve"> </w:t>
      </w:r>
      <w:proofErr w:type="spellStart"/>
      <w:r>
        <w:t>ППк</w:t>
      </w:r>
      <w:proofErr w:type="spellEnd"/>
      <w:r>
        <w:t xml:space="preserve"> </w:t>
      </w:r>
      <w:proofErr w:type="spellStart"/>
      <w:r>
        <w:t>образовательной</w:t>
      </w:r>
      <w:proofErr w:type="spellEnd"/>
      <w:r>
        <w:t xml:space="preserve"> </w:t>
      </w:r>
      <w:proofErr w:type="spellStart"/>
      <w:r>
        <w:t>организации</w:t>
      </w:r>
      <w:proofErr w:type="spellEnd"/>
      <w:r>
        <w:t>;</w:t>
      </w:r>
    </w:p>
    <w:p w:rsidR="00DE2283" w:rsidRDefault="005F6F30">
      <w:pPr>
        <w:pStyle w:val="a0"/>
      </w:pPr>
      <w:r>
        <w:t>протокол обследования;</w:t>
      </w:r>
    </w:p>
    <w:p w:rsidR="00DE2283" w:rsidRDefault="005F6F30">
      <w:pPr>
        <w:pStyle w:val="a0"/>
      </w:pPr>
      <w:r>
        <w:t>заключение ПМПК.</w:t>
      </w:r>
    </w:p>
    <w:p w:rsidR="00DE2283" w:rsidRPr="005F6F30" w:rsidRDefault="005F6F30">
      <w:pPr>
        <w:rPr>
          <w:lang w:val="ru-RU"/>
        </w:rPr>
      </w:pPr>
      <w:r w:rsidRPr="005F6F30">
        <w:rPr>
          <w:lang w:val="ru-RU"/>
        </w:rPr>
        <w:t>Актуальные формы документов размещаются дополнительно.</w:t>
      </w:r>
    </w:p>
    <w:p w:rsidR="00DE2283" w:rsidRPr="005F6F30" w:rsidRDefault="005F6F30">
      <w:pPr>
        <w:rPr>
          <w:lang w:val="ru-RU"/>
        </w:rPr>
      </w:pPr>
      <w:r w:rsidRPr="005F6F30">
        <w:rPr>
          <w:lang w:val="ru-RU"/>
        </w:rPr>
        <w:t>Последнее обновление информации: «</w:t>
      </w:r>
      <w:r>
        <w:rPr>
          <w:lang w:val="ru-RU"/>
        </w:rPr>
        <w:t>11</w:t>
      </w:r>
      <w:r w:rsidRPr="005F6F30">
        <w:rPr>
          <w:lang w:val="ru-RU"/>
        </w:rPr>
        <w:t xml:space="preserve">» </w:t>
      </w:r>
      <w:r>
        <w:rPr>
          <w:lang w:val="ru-RU"/>
        </w:rPr>
        <w:t>сентября</w:t>
      </w:r>
      <w:r w:rsidRPr="005F6F30">
        <w:rPr>
          <w:lang w:val="ru-RU"/>
        </w:rPr>
        <w:t xml:space="preserve"> 2026 г.</w:t>
      </w:r>
    </w:p>
    <w:sectPr w:rsidR="00DE2283" w:rsidRPr="005F6F30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4"/>
  <w:proofState w:spelling="clean" w:grammar="clean"/>
  <w:defaultTabStop w:val="720"/>
  <w:characterSpacingControl w:val="doNotCompress"/>
  <w:compat>
    <w:useFELayout/>
  </w:compat>
  <w:rsids>
    <w:rsidRoot w:val="00B47730"/>
    <w:rsid w:val="00034616"/>
    <w:rsid w:val="0006063C"/>
    <w:rsid w:val="0015074B"/>
    <w:rsid w:val="0029639D"/>
    <w:rsid w:val="00326F90"/>
    <w:rsid w:val="005F6F30"/>
    <w:rsid w:val="00AA1D8D"/>
    <w:rsid w:val="00B47730"/>
    <w:rsid w:val="00CB0664"/>
    <w:rsid w:val="00DE2283"/>
    <w:rsid w:val="00FC6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Arial" w:hAnsi="Arial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3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36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1402</Words>
  <Characters>7996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9380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Honor</cp:lastModifiedBy>
  <cp:revision>2</cp:revision>
  <dcterms:created xsi:type="dcterms:W3CDTF">2013-12-23T23:15:00Z</dcterms:created>
  <dcterms:modified xsi:type="dcterms:W3CDTF">2026-09-10T13:33:00Z</dcterms:modified>
  <cp:category/>
</cp:coreProperties>
</file>